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Formulár na vytknutie vady</w:t>
      </w:r>
    </w:p>
    <w:p>
      <w:pPr>
        <w:jc w:val="center"/>
      </w:pPr>
      <w:r>
        <w:rPr>
          <w:b/>
        </w:rPr>
        <w:t>Internetového obchodu https://eshop.zaluzie-serfel.sk/</w:t>
      </w:r>
    </w:p>
    <w:p>
      <w:r>
        <w:rPr>
          <w:b/>
        </w:rPr>
        <w:t xml:space="preserve">Adresa pre komunikáciu: </w:t>
      </w:r>
      <w:r>
        <w:t>Stanislav Šerfel, 05938 Štrba, J. Gejdoša 415/4, Slovenská republika</w:t>
      </w:r>
    </w:p>
    <w:p>
      <w:r>
        <w:rPr>
          <w:b/>
        </w:rPr>
        <w:t>Zákazník</w:t>
      </w:r>
    </w:p>
    <w:p>
      <w:r>
        <w:t>Meno a priezvisko:</w:t>
      </w:r>
    </w:p>
    <w:p>
      <w:r>
        <w:t>Adresa:</w:t>
      </w:r>
    </w:p>
    <w:p>
      <w:r>
        <w:t>Telefónne číslo:</w:t>
      </w:r>
    </w:p>
    <w:p>
      <w:r>
        <w:t>Emailová adresa:</w:t>
      </w:r>
    </w:p>
    <w:p>
      <w:r>
        <w:rPr>
          <w:b/>
        </w:rPr>
        <w:t>Reklamovaný tovar/služba</w:t>
      </w:r>
    </w:p>
    <w:p>
      <w:r>
        <w:t>Číslo dokladu o kúpe, alebo záručného listu:</w:t>
      </w:r>
    </w:p>
    <w:p>
      <w:r>
        <w:t>Názov:</w:t>
      </w:r>
    </w:p>
    <w:p>
      <w:r>
        <w:t>Dátum zakúpenia:</w:t>
      </w:r>
    </w:p>
    <w:p>
      <w:r>
        <w:t>Príslušenstvo:</w:t>
      </w:r>
    </w:p>
    <w:p>
      <w:r>
        <w:t>Popis Závady:</w:t>
      </w:r>
    </w:p>
    <w:p>
      <w:r>
        <w:t>______________________________________________________________________________</w:t>
      </w:r>
    </w:p>
    <w:p>
      <w:r>
        <w:t>Navrhujem aby moja reklamácia bola vybavená nasledujúcim spôsobom /požadované začiarknite/:</w:t>
      </w:r>
    </w:p>
    <w:p>
      <w:r>
        <w:t>□ Výmena tovaru    □ Oprava tovaru</w:t>
      </w:r>
    </w:p>
    <w:p>
      <w:r>
        <w:rPr>
          <w:b/>
        </w:rPr>
        <w:t>V prípade ak bude reklamácia vybavená vrátením peňazí a ak si želáte zaslať peniaze na bankový účet uveďte jeho číslo:</w:t>
      </w:r>
    </w:p>
    <w:p>
      <w:r>
        <w:t>______________________________________________________________________________</w:t>
      </w:r>
    </w:p>
    <w:p>
      <w:r>
        <w:t>V .................................... dňa: …………………</w:t>
      </w:r>
    </w:p>
    <w:p/>
    <w:p>
      <w:r>
        <w:t>............................................</w:t>
      </w:r>
    </w:p>
    <w:p>
      <w:pPr>
        <w:jc w:val="center"/>
      </w:pPr>
      <w:r>
        <w:t>Podpis zákazníka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